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החיישן שמקשיב לצינור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חיישנים מאתרים נזילות מים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היתרונות של גילוי מוקדם של נזילות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חיסכון במים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המים בורחים בשקט בלי שרואים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לרעידות ולרחש של מים שבורחים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מחשבת בערך היכן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בלילה העיר שקטה ויש פחות רעשים מפריעים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מים אבודים עולים כסף ונזילה גדולה גורמת נזקים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מים שבורחים מסדק יוצרים רחש שונה מזרימה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המים בורחים בשקט לאדמה במשך חודשים בלי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חיישנים רק מאתרים נזילה, לא מחליפים את הצורך בתיקון הצינור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צינורות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עקבי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סימן לנזילה או מצב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(מצב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(סימן אפשרי לנזילה)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(סימן אפשרי לנזילה)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(סימן אפשרי לנזילה)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איתור 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סדק קטן בצינור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בורחים בשקט ויוצרים רחש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חיישנים שמוצמדים לצינור מזהים את הרחש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תוכנה משווה בין החיישנים ומחשבת היכן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נשלחת הודעה לצוות שמתקן את הצינור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מתחת לכיור, בגינה, ליד האסלה - לבדוק אם יש רטיבות או שמיעת רחש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שתיהן דרכים לשמור על כמות המים. שונה: איתור נזילות מונע אובדן מים קיימים, התפלה יוצרת מים חדשים ממי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מקשיב לרחש ורעידות של מים בורחים מסדק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העיר שקטה ויש פחות רעשים מפריעים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כתם רטוב שלא מתייבש או רחש קבוע כשהברזים סגורים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דמיונית לברז פתוח מעט ולתאר את הקול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דיון קצר על כל פריט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לחשוב על דוגמאות אמיתיות מהבית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החיישן שמקשיב לצינור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מתחת לכבישים עוברים צינורות מים, ולפעמים נוצר בהם סדק קטן שגורם לנזילה. חיישנים מיוחדים מקשיבים לרחש של המים הבורחים ועוזרים לאתר את הנזילה מהר.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קשה לגלות נזילה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המים בורחים בשקט בלי שרואים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קורית רק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הצינורות שקופים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לבדוק 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מקשיב החיישן?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לציוץ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לרעש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לרעידות ולרחש של מים שבורחים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לשיחות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התוכנה עם המידע מכמה חיישנים?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מחשבת בערך היכן הנזילה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משמיעה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סוגרת את כל המים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דווקא בלילה קל יותר לשמוע נזילות?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הצינורות רחבים יותר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החיישנים ישנים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 יש יותר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בלילה העיר שקטה ויש פחות רעשים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גילוי מוקדם של נזילה חוסך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אבודים עולים כסף ונזילה גדולה גורמת נזקים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חיישן עולה יותר מצינור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צריך עובדים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זולים בכל 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לנזילה יש רעש מיוחד שחיישן יכול לזהות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נזילה מתחת לאדמה יוצרת מיד שלולית גדולה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בישראל פיתחו טכנולוגיות לאיתור נזילות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שמתקינים חיישנים כבר לא צריך להחליף צינורות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מתחת לכבישים עוברים קילומטרים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החיישן מוצמד לצינור או ל__________ כיבוי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למים שבורחים מסדק יש רחש __________ שונה מזרימה 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ככל שמגלים נזילה מוקדם יותר, נחסכים יותר מים וגם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סימן לנזילה או מצב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רעש קצר כשממלאים מיכל באסלה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כתם רטוב על הקיר שלא מתייבש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רחש קבוע מהצינור כשכל הברזים סגורים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מונה שזז כשמשקים את הגינה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מונה המים זז באמצע הלילה כשכולם ישנים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תהליך איתור נזילה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נשלחת הודעה לצוות שמתקן את הצינור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תוכנה משווה בין החיישנים ומחשבת היכן הנזילה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סדק קטן בצינור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בורחים בשקט ויוצרים רחש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חיישנים שמוצמדים לצינור מזהים את הרחש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בבית או בבית הספר שלכם יכולה להיות נזילה שאף אחד לא שם לב אליה? איך תבדקו?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חיסכון במים בעזרת איתור נזילות לבין חיסכון במים בעזרת התפלה?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החיישן שמוצמד לצינור?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בלילה קל יותר לשמוע נזילה?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אפשרי לנזילה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החיישן שמקשיב לצינור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